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1EEA" w14:textId="77777777" w:rsidR="00D759E8" w:rsidRDefault="00153E16">
      <w:pPr>
        <w:spacing w:after="40"/>
        <w:jc w:val="right"/>
      </w:pPr>
      <w:r>
        <w:rPr>
          <w:sz w:val="18"/>
        </w:rPr>
        <w:t>申込日：</w:t>
      </w:r>
      <w:r>
        <w:rPr>
          <w:sz w:val="18"/>
        </w:rPr>
        <w:t xml:space="preserve"> </w:t>
      </w:r>
      <w:r>
        <w:rPr>
          <w:sz w:val="18"/>
        </w:rPr>
        <w:t>令和</w:t>
      </w:r>
      <w:r>
        <w:rPr>
          <w:sz w:val="18"/>
        </w:rPr>
        <w:t>8</w:t>
      </w:r>
      <w:proofErr w:type="gramStart"/>
      <w:r>
        <w:rPr>
          <w:sz w:val="18"/>
        </w:rPr>
        <w:t>年</w:t>
      </w:r>
      <w:permStart w:id="2085910151" w:edGrp="everyone"/>
      <w:r>
        <w:rPr>
          <w:sz w:val="18"/>
        </w:rPr>
        <w:t xml:space="preserve">　　</w:t>
      </w:r>
      <w:permEnd w:id="2085910151"/>
      <w:r>
        <w:rPr>
          <w:sz w:val="18"/>
        </w:rPr>
        <w:t>月</w:t>
      </w:r>
      <w:permStart w:id="984307855" w:edGrp="everyone"/>
      <w:proofErr w:type="gramEnd"/>
      <w:r>
        <w:rPr>
          <w:sz w:val="18"/>
        </w:rPr>
        <w:t xml:space="preserve">　　</w:t>
      </w:r>
      <w:permEnd w:id="984307855"/>
      <w:r>
        <w:rPr>
          <w:sz w:val="18"/>
        </w:rPr>
        <w:t>日</w:t>
      </w:r>
    </w:p>
    <w:p w14:paraId="00B9CFE1" w14:textId="77777777" w:rsidR="00D759E8" w:rsidRDefault="00153E16">
      <w:pPr>
        <w:spacing w:after="120"/>
        <w:rPr>
          <w:lang w:eastAsia="ja-JP"/>
        </w:rPr>
      </w:pPr>
      <w:r>
        <w:rPr>
          <w:b/>
          <w:sz w:val="20"/>
          <w:lang w:eastAsia="ja-JP"/>
        </w:rPr>
        <w:t>東北うまいもん博</w:t>
      </w:r>
      <w:r>
        <w:rPr>
          <w:b/>
          <w:sz w:val="20"/>
          <w:lang w:eastAsia="ja-JP"/>
        </w:rPr>
        <w:t xml:space="preserve"> </w:t>
      </w:r>
      <w:r>
        <w:rPr>
          <w:b/>
          <w:sz w:val="20"/>
          <w:lang w:eastAsia="ja-JP"/>
        </w:rPr>
        <w:t>事務局</w:t>
      </w:r>
      <w:r>
        <w:rPr>
          <w:b/>
          <w:sz w:val="20"/>
          <w:lang w:eastAsia="ja-JP"/>
        </w:rPr>
        <w:t xml:space="preserve"> </w:t>
      </w:r>
      <w:r>
        <w:rPr>
          <w:b/>
          <w:sz w:val="20"/>
          <w:lang w:eastAsia="ja-JP"/>
        </w:rPr>
        <w:t>御中（株式会社ユーメディア</w:t>
      </w:r>
      <w:r>
        <w:rPr>
          <w:b/>
          <w:sz w:val="20"/>
          <w:lang w:eastAsia="ja-JP"/>
        </w:rPr>
        <w:t xml:space="preserve"> </w:t>
      </w:r>
      <w:r>
        <w:rPr>
          <w:b/>
          <w:sz w:val="20"/>
          <w:lang w:eastAsia="ja-JP"/>
        </w:rPr>
        <w:t>催事担当宛）</w:t>
      </w:r>
    </w:p>
    <w:p w14:paraId="7368882F" w14:textId="740AB9AB" w:rsidR="00D759E8" w:rsidRDefault="00153E16">
      <w:pPr>
        <w:spacing w:after="160"/>
        <w:jc w:val="center"/>
        <w:rPr>
          <w:lang w:eastAsia="ja-JP"/>
        </w:rPr>
      </w:pPr>
      <w:r>
        <w:rPr>
          <w:b/>
          <w:color w:val="1B365D"/>
          <w:sz w:val="30"/>
          <w:lang w:eastAsia="ja-JP"/>
        </w:rPr>
        <w:t>「</w:t>
      </w:r>
      <w:r w:rsidR="0089368F">
        <w:rPr>
          <w:rFonts w:hint="eastAsia"/>
          <w:b/>
          <w:color w:val="1B365D"/>
          <w:sz w:val="30"/>
          <w:lang w:eastAsia="ja-JP"/>
        </w:rPr>
        <w:t>仙台・</w:t>
      </w:r>
      <w:r>
        <w:rPr>
          <w:b/>
          <w:color w:val="1B365D"/>
          <w:sz w:val="30"/>
          <w:lang w:eastAsia="ja-JP"/>
        </w:rPr>
        <w:t>東北うまいもん博」物販ブース</w:t>
      </w:r>
      <w:r>
        <w:rPr>
          <w:b/>
          <w:color w:val="1B365D"/>
          <w:sz w:val="30"/>
          <w:lang w:eastAsia="ja-JP"/>
        </w:rPr>
        <w:t xml:space="preserve"> </w:t>
      </w:r>
      <w:r>
        <w:rPr>
          <w:b/>
          <w:color w:val="1B365D"/>
          <w:sz w:val="30"/>
          <w:lang w:eastAsia="ja-JP"/>
        </w:rPr>
        <w:t>出店申込書</w:t>
      </w:r>
    </w:p>
    <w:tbl>
      <w:tblPr>
        <w:tblW w:w="0" w:type="auto"/>
        <w:jc w:val="center"/>
        <w:tblBorders>
          <w:top w:val="single" w:sz="4" w:space="0" w:color="1B365D"/>
          <w:left w:val="single" w:sz="4" w:space="0" w:color="1B365D"/>
          <w:bottom w:val="single" w:sz="4" w:space="0" w:color="1B365D"/>
          <w:right w:val="single" w:sz="4" w:space="0" w:color="1B365D"/>
          <w:insideH w:val="single" w:sz="4" w:space="0" w:color="E1E4E8"/>
          <w:insideV w:val="single" w:sz="4" w:space="0" w:color="E1E4E8"/>
        </w:tblBorders>
        <w:tblLayout w:type="fixed"/>
        <w:tblLook w:val="04A0" w:firstRow="1" w:lastRow="0" w:firstColumn="1" w:lastColumn="0" w:noHBand="0" w:noVBand="1"/>
      </w:tblPr>
      <w:tblGrid>
        <w:gridCol w:w="10181"/>
      </w:tblGrid>
      <w:tr w:rsidR="00D759E8" w14:paraId="28F2D0BE" w14:textId="77777777">
        <w:trPr>
          <w:jc w:val="center"/>
        </w:trPr>
        <w:tc>
          <w:tcPr>
            <w:tcW w:w="10181" w:type="dxa"/>
            <w:shd w:val="clear" w:color="auto" w:fill="F2F4F8"/>
            <w:tcMar>
              <w:top w:w="80" w:type="dxa"/>
              <w:left w:w="140" w:type="dxa"/>
              <w:bottom w:w="80" w:type="dxa"/>
              <w:right w:w="140" w:type="dxa"/>
            </w:tcMar>
          </w:tcPr>
          <w:p w14:paraId="0C3D5BAE" w14:textId="0FEE3DA6" w:rsidR="00D759E8" w:rsidRDefault="00153E16">
            <w:pPr>
              <w:spacing w:after="0"/>
              <w:rPr>
                <w:lang w:eastAsia="ja-JP"/>
              </w:rPr>
            </w:pPr>
            <w:r>
              <w:rPr>
                <w:b/>
                <w:color w:val="1B365D"/>
                <w:sz w:val="18"/>
                <w:lang w:eastAsia="ja-JP"/>
              </w:rPr>
              <w:t>【応募受付・選考についてのご案内】</w:t>
            </w:r>
            <w:r>
              <w:rPr>
                <w:b/>
                <w:color w:val="1B365D"/>
                <w:sz w:val="18"/>
                <w:lang w:eastAsia="ja-JP"/>
              </w:rPr>
              <w:br/>
            </w:r>
            <w:r>
              <w:rPr>
                <w:sz w:val="17"/>
                <w:lang w:eastAsia="ja-JP"/>
              </w:rPr>
              <w:t xml:space="preserve">■ </w:t>
            </w:r>
            <w:r>
              <w:rPr>
                <w:sz w:val="17"/>
                <w:lang w:eastAsia="ja-JP"/>
              </w:rPr>
              <w:t>申込締切日：</w:t>
            </w:r>
            <w:r>
              <w:rPr>
                <w:sz w:val="17"/>
                <w:lang w:eastAsia="ja-JP"/>
              </w:rPr>
              <w:t xml:space="preserve"> </w:t>
            </w:r>
            <w:r>
              <w:rPr>
                <w:sz w:val="17"/>
                <w:lang w:eastAsia="ja-JP"/>
              </w:rPr>
              <w:t>令和</w:t>
            </w:r>
            <w:r>
              <w:rPr>
                <w:sz w:val="17"/>
                <w:lang w:eastAsia="ja-JP"/>
              </w:rPr>
              <w:t>8</w:t>
            </w:r>
            <w:r>
              <w:rPr>
                <w:sz w:val="17"/>
                <w:lang w:eastAsia="ja-JP"/>
              </w:rPr>
              <w:t>年</w:t>
            </w:r>
            <w:r>
              <w:rPr>
                <w:sz w:val="17"/>
                <w:lang w:eastAsia="ja-JP"/>
              </w:rPr>
              <w:t>9</w:t>
            </w:r>
            <w:r>
              <w:rPr>
                <w:sz w:val="17"/>
                <w:lang w:eastAsia="ja-JP"/>
              </w:rPr>
              <w:t>月</w:t>
            </w:r>
            <w:r>
              <w:rPr>
                <w:sz w:val="17"/>
                <w:lang w:eastAsia="ja-JP"/>
              </w:rPr>
              <w:t>1</w:t>
            </w:r>
            <w:r w:rsidR="0089368F">
              <w:rPr>
                <w:rFonts w:hint="eastAsia"/>
                <w:sz w:val="17"/>
                <w:lang w:eastAsia="ja-JP"/>
              </w:rPr>
              <w:t>8</w:t>
            </w:r>
            <w:r>
              <w:rPr>
                <w:sz w:val="17"/>
                <w:lang w:eastAsia="ja-JP"/>
              </w:rPr>
              <w:t>日（</w:t>
            </w:r>
            <w:r w:rsidR="0089368F">
              <w:rPr>
                <w:rFonts w:hint="eastAsia"/>
                <w:sz w:val="17"/>
                <w:lang w:eastAsia="ja-JP"/>
              </w:rPr>
              <w:t>金</w:t>
            </w:r>
            <w:r>
              <w:rPr>
                <w:sz w:val="17"/>
                <w:lang w:eastAsia="ja-JP"/>
              </w:rPr>
              <w:t>）必着</w:t>
            </w:r>
            <w:r>
              <w:rPr>
                <w:sz w:val="17"/>
                <w:lang w:eastAsia="ja-JP"/>
              </w:rPr>
              <w:br/>
              <w:t xml:space="preserve">■ </w:t>
            </w:r>
            <w:r>
              <w:rPr>
                <w:sz w:val="17"/>
                <w:lang w:eastAsia="ja-JP"/>
              </w:rPr>
              <w:t>提出方法：</w:t>
            </w:r>
            <w:r>
              <w:rPr>
                <w:sz w:val="17"/>
                <w:lang w:eastAsia="ja-JP"/>
              </w:rPr>
              <w:t xml:space="preserve"> </w:t>
            </w:r>
            <w:r>
              <w:rPr>
                <w:sz w:val="17"/>
                <w:lang w:eastAsia="ja-JP"/>
              </w:rPr>
              <w:t>本申込書をご記入の上、事務局メールアドレス（</w:t>
            </w:r>
            <w:r>
              <w:rPr>
                <w:sz w:val="17"/>
                <w:lang w:eastAsia="ja-JP"/>
              </w:rPr>
              <w:t>event@u-media.jp</w:t>
            </w:r>
            <w:r>
              <w:rPr>
                <w:sz w:val="17"/>
                <w:lang w:eastAsia="ja-JP"/>
              </w:rPr>
              <w:t>）宛に添付してお送りください。</w:t>
            </w:r>
            <w:r>
              <w:rPr>
                <w:sz w:val="17"/>
                <w:lang w:eastAsia="ja-JP"/>
              </w:rPr>
              <w:br/>
              <w:t xml:space="preserve">■ </w:t>
            </w:r>
            <w:r>
              <w:rPr>
                <w:sz w:val="17"/>
                <w:lang w:eastAsia="ja-JP"/>
              </w:rPr>
              <w:t>お問い合わせ・送付先：</w:t>
            </w:r>
            <w:r>
              <w:rPr>
                <w:sz w:val="17"/>
                <w:lang w:eastAsia="ja-JP"/>
              </w:rPr>
              <w:t xml:space="preserve"> </w:t>
            </w:r>
            <w:r>
              <w:rPr>
                <w:sz w:val="17"/>
                <w:lang w:eastAsia="ja-JP"/>
              </w:rPr>
              <w:t>株式会社ユーメディア</w:t>
            </w:r>
            <w:r>
              <w:rPr>
                <w:sz w:val="17"/>
                <w:lang w:eastAsia="ja-JP"/>
              </w:rPr>
              <w:t xml:space="preserve"> </w:t>
            </w:r>
            <w:r>
              <w:rPr>
                <w:sz w:val="17"/>
                <w:lang w:eastAsia="ja-JP"/>
              </w:rPr>
              <w:t xml:space="preserve">催事担当（荒田・児玉）　</w:t>
            </w:r>
            <w:r>
              <w:rPr>
                <w:sz w:val="17"/>
                <w:lang w:eastAsia="ja-JP"/>
              </w:rPr>
              <w:t>TEL: 022-224-5151</w:t>
            </w:r>
            <w:r>
              <w:rPr>
                <w:sz w:val="17"/>
                <w:lang w:eastAsia="ja-JP"/>
              </w:rPr>
              <w:br/>
              <w:t xml:space="preserve">※ </w:t>
            </w:r>
            <w:r>
              <w:rPr>
                <w:sz w:val="17"/>
                <w:lang w:eastAsia="ja-JP"/>
              </w:rPr>
              <w:t>出店は先着順ではございません。会場内の取扱商品構成等を考慮し、事務局にて協議の上、選考させていただきます。</w:t>
            </w:r>
            <w:r>
              <w:rPr>
                <w:sz w:val="17"/>
                <w:lang w:eastAsia="ja-JP"/>
              </w:rPr>
              <w:br/>
              <w:t xml:space="preserve">※ </w:t>
            </w:r>
            <w:r>
              <w:rPr>
                <w:sz w:val="17"/>
                <w:lang w:eastAsia="ja-JP"/>
              </w:rPr>
              <w:t>選考結果につきましては、</w:t>
            </w:r>
            <w:r>
              <w:rPr>
                <w:sz w:val="17"/>
                <w:lang w:eastAsia="ja-JP"/>
              </w:rPr>
              <w:t>9</w:t>
            </w:r>
            <w:r>
              <w:rPr>
                <w:sz w:val="17"/>
                <w:lang w:eastAsia="ja-JP"/>
              </w:rPr>
              <w:t>月</w:t>
            </w:r>
            <w:r>
              <w:rPr>
                <w:sz w:val="17"/>
                <w:lang w:eastAsia="ja-JP"/>
              </w:rPr>
              <w:t>1</w:t>
            </w:r>
            <w:r w:rsidR="0089368F">
              <w:rPr>
                <w:rFonts w:hint="eastAsia"/>
                <w:sz w:val="17"/>
                <w:lang w:eastAsia="ja-JP"/>
              </w:rPr>
              <w:t>8</w:t>
            </w:r>
            <w:r>
              <w:rPr>
                <w:sz w:val="17"/>
                <w:lang w:eastAsia="ja-JP"/>
              </w:rPr>
              <w:t>日の締切以降（</w:t>
            </w:r>
            <w:r>
              <w:rPr>
                <w:sz w:val="17"/>
                <w:lang w:eastAsia="ja-JP"/>
              </w:rPr>
              <w:t>9/</w:t>
            </w:r>
            <w:r w:rsidR="0089368F">
              <w:rPr>
                <w:rFonts w:hint="eastAsia"/>
                <w:sz w:val="17"/>
                <w:lang w:eastAsia="ja-JP"/>
              </w:rPr>
              <w:t>25</w:t>
            </w:r>
            <w:r>
              <w:rPr>
                <w:sz w:val="17"/>
                <w:lang w:eastAsia="ja-JP"/>
              </w:rPr>
              <w:t>(</w:t>
            </w:r>
            <w:r>
              <w:rPr>
                <w:sz w:val="17"/>
                <w:lang w:eastAsia="ja-JP"/>
              </w:rPr>
              <w:t>金</w:t>
            </w:r>
            <w:r>
              <w:rPr>
                <w:sz w:val="17"/>
                <w:lang w:eastAsia="ja-JP"/>
              </w:rPr>
              <w:t>)</w:t>
            </w:r>
            <w:r>
              <w:rPr>
                <w:sz w:val="17"/>
                <w:lang w:eastAsia="ja-JP"/>
              </w:rPr>
              <w:t>まで）にお知らせいたします。</w:t>
            </w:r>
          </w:p>
        </w:tc>
      </w:tr>
    </w:tbl>
    <w:p w14:paraId="063EDB26" w14:textId="4C0DBFBB" w:rsidR="00D759E8" w:rsidRDefault="00153E16">
      <w:pPr>
        <w:spacing w:before="80" w:after="80"/>
        <w:rPr>
          <w:lang w:eastAsia="ja-JP"/>
        </w:rPr>
      </w:pPr>
      <w:r>
        <w:rPr>
          <w:sz w:val="17"/>
          <w:lang w:eastAsia="ja-JP"/>
        </w:rPr>
        <w:t>募集要項の記載事項および出店条件に同意のうえ、以下のとおり「</w:t>
      </w:r>
      <w:r w:rsidR="0089368F">
        <w:rPr>
          <w:rFonts w:hint="eastAsia"/>
          <w:sz w:val="17"/>
          <w:lang w:eastAsia="ja-JP"/>
        </w:rPr>
        <w:t>仙台・</w:t>
      </w:r>
      <w:r>
        <w:rPr>
          <w:sz w:val="17"/>
          <w:lang w:eastAsia="ja-JP"/>
        </w:rPr>
        <w:t>東北うまいもん博」への出店を申し込みます。</w:t>
      </w:r>
    </w:p>
    <w:p w14:paraId="3469F747" w14:textId="77777777" w:rsidR="00D759E8" w:rsidRDefault="00153E16">
      <w:pPr>
        <w:spacing w:before="40" w:after="40"/>
      </w:pPr>
      <w:r>
        <w:rPr>
          <w:b/>
          <w:color w:val="1B365D"/>
          <w:sz w:val="20"/>
        </w:rPr>
        <w:t xml:space="preserve">1. </w:t>
      </w:r>
      <w:proofErr w:type="spellStart"/>
      <w:r>
        <w:rPr>
          <w:b/>
          <w:color w:val="1B365D"/>
          <w:sz w:val="20"/>
        </w:rPr>
        <w:t>出店者（事業者）情報</w:t>
      </w:r>
      <w:proofErr w:type="spellEnd"/>
    </w:p>
    <w:tbl>
      <w:tblPr>
        <w:tblW w:w="0" w:type="auto"/>
        <w:jc w:val="center"/>
        <w:tblBorders>
          <w:top w:val="single" w:sz="4" w:space="0" w:color="D0D7DE"/>
          <w:left w:val="single" w:sz="4" w:space="0" w:color="D0D7DE"/>
          <w:bottom w:val="single" w:sz="4" w:space="0" w:color="D0D7DE"/>
          <w:right w:val="single" w:sz="4" w:space="0" w:color="D0D7DE"/>
          <w:insideH w:val="single" w:sz="4" w:space="0" w:color="E1E4E8"/>
          <w:insideV w:val="single" w:sz="4" w:space="0" w:color="E1E4E8"/>
        </w:tblBorders>
        <w:tblLayout w:type="fixed"/>
        <w:tblLook w:val="04A0" w:firstRow="1" w:lastRow="0" w:firstColumn="1" w:lastColumn="0" w:noHBand="0" w:noVBand="1"/>
      </w:tblPr>
      <w:tblGrid>
        <w:gridCol w:w="2016"/>
        <w:gridCol w:w="3168"/>
        <w:gridCol w:w="1728"/>
        <w:gridCol w:w="3269"/>
      </w:tblGrid>
      <w:tr w:rsidR="00D759E8" w14:paraId="53C26FEB" w14:textId="77777777">
        <w:trPr>
          <w:jc w:val="center"/>
        </w:trPr>
        <w:tc>
          <w:tcPr>
            <w:tcW w:w="2016" w:type="dxa"/>
            <w:shd w:val="clear" w:color="auto" w:fill="F2F4F8"/>
            <w:tcMar>
              <w:top w:w="60" w:type="dxa"/>
              <w:left w:w="80" w:type="dxa"/>
              <w:bottom w:w="60" w:type="dxa"/>
              <w:right w:w="80" w:type="dxa"/>
            </w:tcMar>
          </w:tcPr>
          <w:p w14:paraId="60403AA7" w14:textId="77777777" w:rsidR="00D759E8" w:rsidRDefault="00153E16">
            <w:pPr>
              <w:rPr>
                <w:lang w:eastAsia="ja-JP"/>
              </w:rPr>
            </w:pPr>
            <w:permStart w:id="1074363161" w:edGrp="everyone" w:colFirst="3" w:colLast="3"/>
            <w:permStart w:id="164258355" w:edGrp="everyone" w:colFirst="1" w:colLast="1"/>
            <w:r>
              <w:rPr>
                <w:b/>
                <w:color w:val="1B365D"/>
                <w:sz w:val="17"/>
                <w:lang w:eastAsia="ja-JP"/>
              </w:rPr>
              <w:t>貴社名・店舗名</w:t>
            </w:r>
            <w:r>
              <w:rPr>
                <w:b/>
                <w:color w:val="1B365D"/>
                <w:sz w:val="17"/>
                <w:lang w:eastAsia="ja-JP"/>
              </w:rPr>
              <w:br/>
            </w:r>
            <w:r>
              <w:rPr>
                <w:b/>
                <w:color w:val="1B365D"/>
                <w:sz w:val="17"/>
                <w:lang w:eastAsia="ja-JP"/>
              </w:rPr>
              <w:t>（フリガナ）</w:t>
            </w:r>
          </w:p>
        </w:tc>
        <w:tc>
          <w:tcPr>
            <w:tcW w:w="3168" w:type="dxa"/>
            <w:tcMar>
              <w:top w:w="60" w:type="dxa"/>
              <w:left w:w="80" w:type="dxa"/>
              <w:bottom w:w="60" w:type="dxa"/>
              <w:right w:w="80" w:type="dxa"/>
            </w:tcMar>
          </w:tcPr>
          <w:p w14:paraId="1B170D09" w14:textId="77777777" w:rsidR="00D759E8" w:rsidRPr="00473F66" w:rsidRDefault="00D759E8">
            <w:pPr>
              <w:rPr>
                <w:rFonts w:asciiTheme="minorEastAsia" w:hAnsiTheme="minorEastAsia"/>
                <w:lang w:eastAsia="ja-JP"/>
              </w:rPr>
            </w:pPr>
          </w:p>
        </w:tc>
        <w:tc>
          <w:tcPr>
            <w:tcW w:w="1728" w:type="dxa"/>
            <w:shd w:val="clear" w:color="auto" w:fill="F2F4F8"/>
            <w:tcMar>
              <w:top w:w="60" w:type="dxa"/>
              <w:left w:w="80" w:type="dxa"/>
              <w:bottom w:w="60" w:type="dxa"/>
              <w:right w:w="80" w:type="dxa"/>
            </w:tcMar>
          </w:tcPr>
          <w:p w14:paraId="5E5BC91E" w14:textId="77777777" w:rsidR="00D759E8" w:rsidRDefault="00153E16">
            <w:proofErr w:type="spellStart"/>
            <w:r>
              <w:rPr>
                <w:b/>
                <w:color w:val="1B365D"/>
                <w:sz w:val="17"/>
              </w:rPr>
              <w:t>代表者名</w:t>
            </w:r>
            <w:proofErr w:type="spellEnd"/>
          </w:p>
        </w:tc>
        <w:tc>
          <w:tcPr>
            <w:tcW w:w="3269" w:type="dxa"/>
            <w:tcMar>
              <w:top w:w="60" w:type="dxa"/>
              <w:left w:w="80" w:type="dxa"/>
              <w:bottom w:w="60" w:type="dxa"/>
              <w:right w:w="80" w:type="dxa"/>
            </w:tcMar>
          </w:tcPr>
          <w:p w14:paraId="023F5C3E" w14:textId="77777777" w:rsidR="00D759E8" w:rsidRPr="00473F66" w:rsidRDefault="00D759E8">
            <w:pPr>
              <w:rPr>
                <w:rFonts w:asciiTheme="minorEastAsia" w:hAnsiTheme="minorEastAsia"/>
              </w:rPr>
            </w:pPr>
          </w:p>
        </w:tc>
      </w:tr>
      <w:permEnd w:id="1074363161"/>
      <w:permEnd w:id="164258355"/>
      <w:tr w:rsidR="00D759E8" w14:paraId="41C885EA" w14:textId="77777777">
        <w:trPr>
          <w:jc w:val="center"/>
        </w:trPr>
        <w:tc>
          <w:tcPr>
            <w:tcW w:w="2016" w:type="dxa"/>
            <w:shd w:val="clear" w:color="auto" w:fill="F2F4F8"/>
            <w:tcMar>
              <w:top w:w="60" w:type="dxa"/>
              <w:left w:w="80" w:type="dxa"/>
              <w:bottom w:w="60" w:type="dxa"/>
              <w:right w:w="80" w:type="dxa"/>
            </w:tcMar>
          </w:tcPr>
          <w:p w14:paraId="654C6975" w14:textId="77777777" w:rsidR="00D759E8" w:rsidRDefault="00153E16">
            <w:r>
              <w:rPr>
                <w:b/>
                <w:color w:val="1B365D"/>
                <w:sz w:val="17"/>
              </w:rPr>
              <w:t>所在地</w:t>
            </w:r>
          </w:p>
        </w:tc>
        <w:tc>
          <w:tcPr>
            <w:tcW w:w="3269" w:type="dxa"/>
            <w:gridSpan w:val="3"/>
            <w:tcMar>
              <w:top w:w="60" w:type="dxa"/>
              <w:left w:w="80" w:type="dxa"/>
              <w:bottom w:w="60" w:type="dxa"/>
              <w:right w:w="80" w:type="dxa"/>
            </w:tcMar>
          </w:tcPr>
          <w:p w14:paraId="13FC292E" w14:textId="77777777" w:rsidR="00D759E8" w:rsidRDefault="00153E16" w:rsidP="00473F66">
            <w:pPr>
              <w:spacing w:after="0"/>
              <w:rPr>
                <w:sz w:val="17"/>
                <w:lang w:eastAsia="ja-JP"/>
              </w:rPr>
            </w:pPr>
            <w:r>
              <w:rPr>
                <w:sz w:val="17"/>
              </w:rPr>
              <w:t>〒</w:t>
            </w:r>
            <w:permStart w:id="2057645358" w:edGrp="everyone"/>
            <w:r>
              <w:rPr>
                <w:sz w:val="17"/>
              </w:rPr>
              <w:br/>
            </w:r>
            <w:permEnd w:id="2057645358"/>
            <w:proofErr w:type="spellStart"/>
            <w:r>
              <w:rPr>
                <w:sz w:val="17"/>
              </w:rPr>
              <w:t>住所</w:t>
            </w:r>
            <w:proofErr w:type="spellEnd"/>
            <w:r>
              <w:rPr>
                <w:sz w:val="17"/>
              </w:rPr>
              <w:t>：</w:t>
            </w:r>
            <w:permStart w:id="2010278665" w:edGrp="everyone"/>
          </w:p>
          <w:permEnd w:id="2010278665"/>
          <w:p w14:paraId="3F768B3D" w14:textId="77777777" w:rsidR="00473F66" w:rsidRDefault="00473F66" w:rsidP="00473F66">
            <w:pPr>
              <w:spacing w:after="0"/>
              <w:rPr>
                <w:rFonts w:hint="eastAsia"/>
                <w:lang w:eastAsia="ja-JP"/>
              </w:rPr>
            </w:pPr>
          </w:p>
        </w:tc>
      </w:tr>
      <w:tr w:rsidR="00D759E8" w14:paraId="1D4CC7E0" w14:textId="77777777">
        <w:trPr>
          <w:jc w:val="center"/>
        </w:trPr>
        <w:tc>
          <w:tcPr>
            <w:tcW w:w="2016" w:type="dxa"/>
            <w:shd w:val="clear" w:color="auto" w:fill="F2F4F8"/>
            <w:tcMar>
              <w:top w:w="60" w:type="dxa"/>
              <w:left w:w="80" w:type="dxa"/>
              <w:bottom w:w="60" w:type="dxa"/>
              <w:right w:w="80" w:type="dxa"/>
            </w:tcMar>
          </w:tcPr>
          <w:p w14:paraId="44C64B48" w14:textId="77777777" w:rsidR="00D759E8" w:rsidRDefault="00153E16">
            <w:pPr>
              <w:rPr>
                <w:lang w:eastAsia="ja-JP"/>
              </w:rPr>
            </w:pPr>
            <w:permStart w:id="1749449628" w:edGrp="everyone" w:colFirst="3" w:colLast="3"/>
            <w:permStart w:id="731798908" w:edGrp="everyone" w:colFirst="1" w:colLast="1"/>
            <w:r>
              <w:rPr>
                <w:b/>
                <w:color w:val="1B365D"/>
                <w:sz w:val="17"/>
                <w:lang w:eastAsia="ja-JP"/>
              </w:rPr>
              <w:t>担当者名</w:t>
            </w:r>
            <w:r>
              <w:rPr>
                <w:b/>
                <w:color w:val="1B365D"/>
                <w:sz w:val="17"/>
                <w:lang w:eastAsia="ja-JP"/>
              </w:rPr>
              <w:br/>
            </w:r>
            <w:r>
              <w:rPr>
                <w:b/>
                <w:color w:val="1B365D"/>
                <w:sz w:val="17"/>
                <w:lang w:eastAsia="ja-JP"/>
              </w:rPr>
              <w:t>（フリガナ）</w:t>
            </w:r>
          </w:p>
        </w:tc>
        <w:tc>
          <w:tcPr>
            <w:tcW w:w="3168" w:type="dxa"/>
            <w:tcMar>
              <w:top w:w="60" w:type="dxa"/>
              <w:left w:w="80" w:type="dxa"/>
              <w:bottom w:w="60" w:type="dxa"/>
              <w:right w:w="80" w:type="dxa"/>
            </w:tcMar>
          </w:tcPr>
          <w:p w14:paraId="0642EADE" w14:textId="77777777" w:rsidR="00D759E8" w:rsidRPr="00473F66" w:rsidRDefault="00D759E8">
            <w:pPr>
              <w:rPr>
                <w:rFonts w:asciiTheme="minorEastAsia" w:hAnsiTheme="minorEastAsia"/>
                <w:lang w:eastAsia="ja-JP"/>
              </w:rPr>
            </w:pPr>
          </w:p>
        </w:tc>
        <w:tc>
          <w:tcPr>
            <w:tcW w:w="1728" w:type="dxa"/>
            <w:shd w:val="clear" w:color="auto" w:fill="F2F4F8"/>
            <w:tcMar>
              <w:top w:w="60" w:type="dxa"/>
              <w:left w:w="80" w:type="dxa"/>
              <w:bottom w:w="60" w:type="dxa"/>
              <w:right w:w="80" w:type="dxa"/>
            </w:tcMar>
          </w:tcPr>
          <w:p w14:paraId="5038F4BB" w14:textId="77777777" w:rsidR="00D759E8" w:rsidRDefault="00153E16">
            <w:proofErr w:type="spellStart"/>
            <w:r>
              <w:rPr>
                <w:b/>
                <w:color w:val="1B365D"/>
                <w:sz w:val="17"/>
              </w:rPr>
              <w:t>部署・役職</w:t>
            </w:r>
            <w:proofErr w:type="spellEnd"/>
          </w:p>
        </w:tc>
        <w:tc>
          <w:tcPr>
            <w:tcW w:w="3269" w:type="dxa"/>
            <w:tcMar>
              <w:top w:w="60" w:type="dxa"/>
              <w:left w:w="80" w:type="dxa"/>
              <w:bottom w:w="60" w:type="dxa"/>
              <w:right w:w="80" w:type="dxa"/>
            </w:tcMar>
          </w:tcPr>
          <w:p w14:paraId="3411789C" w14:textId="77777777" w:rsidR="00D759E8" w:rsidRPr="00473F66" w:rsidRDefault="00D759E8">
            <w:pPr>
              <w:rPr>
                <w:rFonts w:asciiTheme="minorEastAsia" w:hAnsiTheme="minorEastAsia"/>
              </w:rPr>
            </w:pPr>
          </w:p>
        </w:tc>
      </w:tr>
      <w:tr w:rsidR="00D759E8" w14:paraId="17640693" w14:textId="77777777">
        <w:trPr>
          <w:jc w:val="center"/>
        </w:trPr>
        <w:tc>
          <w:tcPr>
            <w:tcW w:w="2016" w:type="dxa"/>
            <w:shd w:val="clear" w:color="auto" w:fill="F2F4F8"/>
            <w:tcMar>
              <w:top w:w="60" w:type="dxa"/>
              <w:left w:w="80" w:type="dxa"/>
              <w:bottom w:w="60" w:type="dxa"/>
              <w:right w:w="80" w:type="dxa"/>
            </w:tcMar>
          </w:tcPr>
          <w:p w14:paraId="259C8FA1" w14:textId="77777777" w:rsidR="00D759E8" w:rsidRDefault="00153E16">
            <w:permStart w:id="1804024554" w:edGrp="everyone" w:colFirst="3" w:colLast="3"/>
            <w:permStart w:id="2008235661" w:edGrp="everyone" w:colFirst="1" w:colLast="1"/>
            <w:permEnd w:id="1749449628"/>
            <w:permEnd w:id="731798908"/>
            <w:r>
              <w:rPr>
                <w:b/>
                <w:color w:val="1B365D"/>
                <w:sz w:val="17"/>
              </w:rPr>
              <w:t>電話番号</w:t>
            </w:r>
          </w:p>
        </w:tc>
        <w:tc>
          <w:tcPr>
            <w:tcW w:w="3168" w:type="dxa"/>
            <w:tcMar>
              <w:top w:w="60" w:type="dxa"/>
              <w:left w:w="80" w:type="dxa"/>
              <w:bottom w:w="60" w:type="dxa"/>
              <w:right w:w="80" w:type="dxa"/>
            </w:tcMar>
          </w:tcPr>
          <w:p w14:paraId="023ED042" w14:textId="77777777" w:rsidR="00D759E8" w:rsidRPr="00473F66" w:rsidRDefault="00D759E8">
            <w:pPr>
              <w:rPr>
                <w:rFonts w:asciiTheme="minorEastAsia" w:hAnsiTheme="minorEastAsia"/>
              </w:rPr>
            </w:pPr>
          </w:p>
        </w:tc>
        <w:tc>
          <w:tcPr>
            <w:tcW w:w="1728" w:type="dxa"/>
            <w:shd w:val="clear" w:color="auto" w:fill="F2F4F8"/>
            <w:tcMar>
              <w:top w:w="60" w:type="dxa"/>
              <w:left w:w="80" w:type="dxa"/>
              <w:bottom w:w="60" w:type="dxa"/>
              <w:right w:w="80" w:type="dxa"/>
            </w:tcMar>
          </w:tcPr>
          <w:p w14:paraId="3EC8335E" w14:textId="77777777" w:rsidR="00D759E8" w:rsidRDefault="00153E16">
            <w:r>
              <w:rPr>
                <w:b/>
                <w:color w:val="1B365D"/>
                <w:sz w:val="17"/>
              </w:rPr>
              <w:t>メールアドレス</w:t>
            </w:r>
          </w:p>
        </w:tc>
        <w:tc>
          <w:tcPr>
            <w:tcW w:w="3269" w:type="dxa"/>
            <w:tcMar>
              <w:top w:w="60" w:type="dxa"/>
              <w:left w:w="80" w:type="dxa"/>
              <w:bottom w:w="60" w:type="dxa"/>
              <w:right w:w="80" w:type="dxa"/>
            </w:tcMar>
          </w:tcPr>
          <w:p w14:paraId="21676A41" w14:textId="77777777" w:rsidR="00D759E8" w:rsidRPr="00473F66" w:rsidRDefault="00D759E8">
            <w:pPr>
              <w:rPr>
                <w:rFonts w:asciiTheme="minorEastAsia" w:hAnsiTheme="minorEastAsia"/>
              </w:rPr>
            </w:pPr>
          </w:p>
        </w:tc>
      </w:tr>
    </w:tbl>
    <w:permEnd w:id="1804024554"/>
    <w:permEnd w:id="2008235661"/>
    <w:p w14:paraId="735CE966" w14:textId="77777777" w:rsidR="00D759E8" w:rsidRDefault="00153E16">
      <w:pPr>
        <w:spacing w:before="120" w:after="40"/>
        <w:rPr>
          <w:lang w:eastAsia="ja-JP"/>
        </w:rPr>
      </w:pPr>
      <w:r>
        <w:rPr>
          <w:b/>
          <w:color w:val="1B365D"/>
          <w:sz w:val="20"/>
          <w:lang w:eastAsia="ja-JP"/>
        </w:rPr>
        <w:t xml:space="preserve">2. </w:t>
      </w:r>
      <w:r>
        <w:rPr>
          <w:b/>
          <w:color w:val="1B365D"/>
          <w:sz w:val="20"/>
          <w:lang w:eastAsia="ja-JP"/>
        </w:rPr>
        <w:t>出店内容・取扱予定商品案</w:t>
      </w:r>
    </w:p>
    <w:tbl>
      <w:tblPr>
        <w:tblW w:w="0" w:type="auto"/>
        <w:jc w:val="center"/>
        <w:tblBorders>
          <w:top w:val="single" w:sz="4" w:space="0" w:color="D0D7DE"/>
          <w:left w:val="single" w:sz="4" w:space="0" w:color="D0D7DE"/>
          <w:bottom w:val="single" w:sz="4" w:space="0" w:color="D0D7DE"/>
          <w:right w:val="single" w:sz="4" w:space="0" w:color="D0D7DE"/>
          <w:insideH w:val="single" w:sz="4" w:space="0" w:color="E1E4E8"/>
          <w:insideV w:val="single" w:sz="4" w:space="0" w:color="E1E4E8"/>
        </w:tblBorders>
        <w:tblLayout w:type="fixed"/>
        <w:tblLook w:val="04A0" w:firstRow="1" w:lastRow="0" w:firstColumn="1" w:lastColumn="0" w:noHBand="0" w:noVBand="1"/>
      </w:tblPr>
      <w:tblGrid>
        <w:gridCol w:w="2016"/>
        <w:gridCol w:w="3168"/>
        <w:gridCol w:w="1872"/>
        <w:gridCol w:w="3125"/>
      </w:tblGrid>
      <w:tr w:rsidR="00D759E8" w14:paraId="4179A149" w14:textId="77777777">
        <w:trPr>
          <w:jc w:val="center"/>
        </w:trPr>
        <w:tc>
          <w:tcPr>
            <w:tcW w:w="2016" w:type="dxa"/>
            <w:shd w:val="clear" w:color="auto" w:fill="F2F4F8"/>
            <w:tcMar>
              <w:top w:w="60" w:type="dxa"/>
              <w:left w:w="80" w:type="dxa"/>
              <w:bottom w:w="60" w:type="dxa"/>
              <w:right w:w="80" w:type="dxa"/>
            </w:tcMar>
          </w:tcPr>
          <w:p w14:paraId="4E72F081" w14:textId="77777777" w:rsidR="00D759E8" w:rsidRDefault="00153E16">
            <w:pPr>
              <w:rPr>
                <w:lang w:eastAsia="ja-JP"/>
              </w:rPr>
            </w:pPr>
            <w:r>
              <w:rPr>
                <w:b/>
                <w:color w:val="1B365D"/>
                <w:sz w:val="17"/>
                <w:lang w:eastAsia="ja-JP"/>
              </w:rPr>
              <w:t>店舗表記看板名</w:t>
            </w:r>
            <w:r>
              <w:rPr>
                <w:b/>
                <w:color w:val="1B365D"/>
                <w:sz w:val="17"/>
                <w:lang w:eastAsia="ja-JP"/>
              </w:rPr>
              <w:br/>
            </w:r>
            <w:r>
              <w:rPr>
                <w:b/>
                <w:color w:val="1B365D"/>
                <w:sz w:val="17"/>
                <w:lang w:eastAsia="ja-JP"/>
              </w:rPr>
              <w:t>（看板用テキスト）</w:t>
            </w:r>
          </w:p>
        </w:tc>
        <w:tc>
          <w:tcPr>
            <w:tcW w:w="3125" w:type="dxa"/>
            <w:gridSpan w:val="3"/>
            <w:tcMar>
              <w:top w:w="60" w:type="dxa"/>
              <w:left w:w="80" w:type="dxa"/>
              <w:bottom w:w="60" w:type="dxa"/>
              <w:right w:w="80" w:type="dxa"/>
            </w:tcMar>
          </w:tcPr>
          <w:p w14:paraId="625136F9" w14:textId="77777777" w:rsidR="00D759E8" w:rsidRDefault="00153E16" w:rsidP="00473F66">
            <w:pPr>
              <w:spacing w:after="0"/>
              <w:rPr>
                <w:sz w:val="17"/>
                <w:lang w:eastAsia="ja-JP"/>
              </w:rPr>
            </w:pPr>
            <w:r>
              <w:rPr>
                <w:sz w:val="17"/>
                <w:lang w:eastAsia="ja-JP"/>
              </w:rPr>
              <w:t>※W900×H200</w:t>
            </w:r>
            <w:r>
              <w:rPr>
                <w:sz w:val="17"/>
                <w:lang w:eastAsia="ja-JP"/>
              </w:rPr>
              <w:t>程度の看板に表記する店名をご記入ください。</w:t>
            </w:r>
            <w:r>
              <w:rPr>
                <w:sz w:val="17"/>
                <w:lang w:eastAsia="ja-JP"/>
              </w:rPr>
              <w:br/>
            </w:r>
            <w:r>
              <w:rPr>
                <w:sz w:val="17"/>
              </w:rPr>
              <w:t>【</w:t>
            </w:r>
            <w:proofErr w:type="spellStart"/>
            <w:r>
              <w:rPr>
                <w:sz w:val="17"/>
              </w:rPr>
              <w:t>表記名</w:t>
            </w:r>
            <w:proofErr w:type="spellEnd"/>
            <w:r>
              <w:rPr>
                <w:sz w:val="17"/>
              </w:rPr>
              <w:t>】：</w:t>
            </w:r>
            <w:permStart w:id="1110186884" w:edGrp="everyone"/>
          </w:p>
          <w:permEnd w:id="1110186884"/>
          <w:p w14:paraId="2A8167D8" w14:textId="77777777" w:rsidR="00473F66" w:rsidRDefault="00473F66" w:rsidP="00473F66">
            <w:pPr>
              <w:spacing w:after="0"/>
              <w:rPr>
                <w:rFonts w:hint="eastAsia"/>
                <w:lang w:eastAsia="ja-JP"/>
              </w:rPr>
            </w:pPr>
          </w:p>
        </w:tc>
      </w:tr>
      <w:tr w:rsidR="00D759E8" w14:paraId="175BEE74" w14:textId="77777777">
        <w:trPr>
          <w:jc w:val="center"/>
        </w:trPr>
        <w:tc>
          <w:tcPr>
            <w:tcW w:w="2016" w:type="dxa"/>
            <w:shd w:val="clear" w:color="auto" w:fill="F2F4F8"/>
            <w:tcMar>
              <w:top w:w="60" w:type="dxa"/>
              <w:left w:w="80" w:type="dxa"/>
              <w:bottom w:w="60" w:type="dxa"/>
              <w:right w:w="80" w:type="dxa"/>
            </w:tcMar>
          </w:tcPr>
          <w:p w14:paraId="722D42DC" w14:textId="77777777" w:rsidR="00D759E8" w:rsidRDefault="00153E16">
            <w:permStart w:id="1515091964" w:edGrp="everyone" w:colFirst="1" w:colLast="1"/>
            <w:r>
              <w:rPr>
                <w:b/>
                <w:color w:val="1B365D"/>
                <w:sz w:val="17"/>
              </w:rPr>
              <w:t>取扱予定商品</w:t>
            </w:r>
            <w:r>
              <w:rPr>
                <w:b/>
                <w:color w:val="1B365D"/>
                <w:sz w:val="17"/>
              </w:rPr>
              <w:t>①</w:t>
            </w:r>
            <w:r>
              <w:rPr>
                <w:b/>
                <w:color w:val="1B365D"/>
                <w:sz w:val="17"/>
              </w:rPr>
              <w:br/>
            </w:r>
            <w:r>
              <w:rPr>
                <w:b/>
                <w:color w:val="1B365D"/>
                <w:sz w:val="17"/>
              </w:rPr>
              <w:t>（主要商品）</w:t>
            </w:r>
          </w:p>
        </w:tc>
        <w:tc>
          <w:tcPr>
            <w:tcW w:w="3168" w:type="dxa"/>
            <w:tcMar>
              <w:top w:w="60" w:type="dxa"/>
              <w:left w:w="80" w:type="dxa"/>
              <w:bottom w:w="60" w:type="dxa"/>
              <w:right w:w="80" w:type="dxa"/>
            </w:tcMar>
          </w:tcPr>
          <w:p w14:paraId="4D6AEDDA" w14:textId="77777777" w:rsidR="00D759E8" w:rsidRDefault="00D759E8"/>
        </w:tc>
        <w:tc>
          <w:tcPr>
            <w:tcW w:w="1872" w:type="dxa"/>
            <w:shd w:val="clear" w:color="auto" w:fill="F2F4F8"/>
            <w:tcMar>
              <w:top w:w="60" w:type="dxa"/>
              <w:left w:w="80" w:type="dxa"/>
              <w:bottom w:w="60" w:type="dxa"/>
              <w:right w:w="80" w:type="dxa"/>
            </w:tcMar>
          </w:tcPr>
          <w:p w14:paraId="1A33AED2" w14:textId="77777777" w:rsidR="00D759E8" w:rsidRDefault="00153E16">
            <w:r>
              <w:rPr>
                <w:b/>
                <w:color w:val="1B365D"/>
                <w:sz w:val="17"/>
              </w:rPr>
              <w:t>想定価格（税込）</w:t>
            </w:r>
            <w:r>
              <w:rPr>
                <w:b/>
                <w:color w:val="1B365D"/>
                <w:sz w:val="17"/>
              </w:rPr>
              <w:br/>
              <w:t xml:space="preserve"> / </w:t>
            </w:r>
            <w:r>
              <w:rPr>
                <w:b/>
                <w:color w:val="1B365D"/>
                <w:sz w:val="17"/>
              </w:rPr>
              <w:t>保存区分</w:t>
            </w:r>
          </w:p>
        </w:tc>
        <w:tc>
          <w:tcPr>
            <w:tcW w:w="3125" w:type="dxa"/>
            <w:tcMar>
              <w:top w:w="60" w:type="dxa"/>
              <w:left w:w="80" w:type="dxa"/>
              <w:bottom w:w="60" w:type="dxa"/>
              <w:right w:w="80" w:type="dxa"/>
            </w:tcMar>
          </w:tcPr>
          <w:p w14:paraId="4BC673F9" w14:textId="77777777" w:rsidR="00D759E8" w:rsidRDefault="00153E16">
            <w:r>
              <w:rPr>
                <w:sz w:val="17"/>
              </w:rPr>
              <w:t xml:space="preserve"> Price:</w:t>
            </w:r>
            <w:permStart w:id="1844708654" w:edGrp="everyone"/>
            <w:r>
              <w:rPr>
                <w:sz w:val="17"/>
              </w:rPr>
              <w:t xml:space="preserve">　　　　</w:t>
            </w:r>
            <w:permEnd w:id="1844708654"/>
            <w:r>
              <w:rPr>
                <w:sz w:val="17"/>
              </w:rPr>
              <w:t>円</w:t>
            </w:r>
            <w:r>
              <w:rPr>
                <w:sz w:val="17"/>
              </w:rPr>
              <w:br/>
              <w:t xml:space="preserve"> </w:t>
            </w:r>
            <w:r>
              <w:rPr>
                <w:sz w:val="17"/>
              </w:rPr>
              <w:t>保存</w:t>
            </w:r>
            <w:r>
              <w:rPr>
                <w:sz w:val="17"/>
              </w:rPr>
              <w:t>:</w:t>
            </w:r>
            <w:permStart w:id="774126026" w:edGrp="everyone"/>
            <w:r>
              <w:rPr>
                <w:sz w:val="17"/>
              </w:rPr>
              <w:t xml:space="preserve"> □</w:t>
            </w:r>
            <w:permEnd w:id="774126026"/>
            <w:proofErr w:type="gramStart"/>
            <w:r>
              <w:rPr>
                <w:sz w:val="17"/>
              </w:rPr>
              <w:t>常温</w:t>
            </w:r>
            <w:r>
              <w:rPr>
                <w:sz w:val="17"/>
              </w:rPr>
              <w:t xml:space="preserve">  </w:t>
            </w:r>
            <w:permStart w:id="565599822" w:edGrp="everyone"/>
            <w:r>
              <w:rPr>
                <w:sz w:val="17"/>
              </w:rPr>
              <w:t>□</w:t>
            </w:r>
            <w:permEnd w:id="565599822"/>
            <w:r>
              <w:rPr>
                <w:sz w:val="17"/>
              </w:rPr>
              <w:t>冷蔵</w:t>
            </w:r>
            <w:r>
              <w:rPr>
                <w:sz w:val="17"/>
              </w:rPr>
              <w:t xml:space="preserve">  </w:t>
            </w:r>
            <w:permStart w:id="1588660089" w:edGrp="everyone"/>
            <w:r>
              <w:rPr>
                <w:sz w:val="17"/>
              </w:rPr>
              <w:t>□</w:t>
            </w:r>
            <w:permEnd w:id="1588660089"/>
            <w:proofErr w:type="gramEnd"/>
            <w:r>
              <w:rPr>
                <w:sz w:val="17"/>
              </w:rPr>
              <w:t>冷凍</w:t>
            </w:r>
          </w:p>
        </w:tc>
      </w:tr>
      <w:tr w:rsidR="00D759E8" w14:paraId="112839EC" w14:textId="77777777">
        <w:trPr>
          <w:jc w:val="center"/>
        </w:trPr>
        <w:tc>
          <w:tcPr>
            <w:tcW w:w="2016" w:type="dxa"/>
            <w:shd w:val="clear" w:color="auto" w:fill="F2F4F8"/>
            <w:tcMar>
              <w:top w:w="60" w:type="dxa"/>
              <w:left w:w="80" w:type="dxa"/>
              <w:bottom w:w="60" w:type="dxa"/>
              <w:right w:w="80" w:type="dxa"/>
            </w:tcMar>
          </w:tcPr>
          <w:p w14:paraId="3CD78732" w14:textId="77777777" w:rsidR="00D759E8" w:rsidRDefault="00153E16">
            <w:permStart w:id="2080724153" w:edGrp="everyone" w:colFirst="1" w:colLast="1"/>
            <w:permEnd w:id="1515091964"/>
            <w:r>
              <w:rPr>
                <w:b/>
                <w:color w:val="1B365D"/>
                <w:sz w:val="17"/>
              </w:rPr>
              <w:t>取扱予定商品</w:t>
            </w:r>
            <w:r>
              <w:rPr>
                <w:b/>
                <w:color w:val="1B365D"/>
                <w:sz w:val="17"/>
              </w:rPr>
              <w:t>②</w:t>
            </w:r>
          </w:p>
        </w:tc>
        <w:tc>
          <w:tcPr>
            <w:tcW w:w="3168" w:type="dxa"/>
            <w:tcMar>
              <w:top w:w="60" w:type="dxa"/>
              <w:left w:w="80" w:type="dxa"/>
              <w:bottom w:w="60" w:type="dxa"/>
              <w:right w:w="80" w:type="dxa"/>
            </w:tcMar>
          </w:tcPr>
          <w:p w14:paraId="336A65B4" w14:textId="77777777" w:rsidR="00D759E8" w:rsidRDefault="00D759E8"/>
        </w:tc>
        <w:tc>
          <w:tcPr>
            <w:tcW w:w="1872" w:type="dxa"/>
            <w:shd w:val="clear" w:color="auto" w:fill="F2F4F8"/>
            <w:tcMar>
              <w:top w:w="60" w:type="dxa"/>
              <w:left w:w="80" w:type="dxa"/>
              <w:bottom w:w="60" w:type="dxa"/>
              <w:right w:w="80" w:type="dxa"/>
            </w:tcMar>
          </w:tcPr>
          <w:p w14:paraId="13CC6A62" w14:textId="77777777" w:rsidR="00D759E8" w:rsidRDefault="00153E16">
            <w:r>
              <w:rPr>
                <w:b/>
                <w:color w:val="1B365D"/>
                <w:sz w:val="17"/>
              </w:rPr>
              <w:t>想定価格（税込）</w:t>
            </w:r>
            <w:r>
              <w:rPr>
                <w:b/>
                <w:color w:val="1B365D"/>
                <w:sz w:val="17"/>
              </w:rPr>
              <w:br/>
              <w:t xml:space="preserve"> / </w:t>
            </w:r>
            <w:r>
              <w:rPr>
                <w:b/>
                <w:color w:val="1B365D"/>
                <w:sz w:val="17"/>
              </w:rPr>
              <w:t>保存区分</w:t>
            </w:r>
          </w:p>
        </w:tc>
        <w:tc>
          <w:tcPr>
            <w:tcW w:w="3125" w:type="dxa"/>
            <w:tcMar>
              <w:top w:w="60" w:type="dxa"/>
              <w:left w:w="80" w:type="dxa"/>
              <w:bottom w:w="60" w:type="dxa"/>
              <w:right w:w="80" w:type="dxa"/>
            </w:tcMar>
          </w:tcPr>
          <w:p w14:paraId="2419E9BA" w14:textId="77777777" w:rsidR="00D759E8" w:rsidRDefault="00153E16">
            <w:r>
              <w:rPr>
                <w:sz w:val="17"/>
              </w:rPr>
              <w:t xml:space="preserve"> Price:</w:t>
            </w:r>
            <w:permStart w:id="582970302" w:edGrp="everyone"/>
            <w:r>
              <w:rPr>
                <w:sz w:val="17"/>
              </w:rPr>
              <w:t xml:space="preserve">　　　　</w:t>
            </w:r>
            <w:permEnd w:id="582970302"/>
            <w:r>
              <w:rPr>
                <w:sz w:val="17"/>
              </w:rPr>
              <w:t>円</w:t>
            </w:r>
            <w:r>
              <w:rPr>
                <w:sz w:val="17"/>
              </w:rPr>
              <w:br/>
              <w:t xml:space="preserve"> </w:t>
            </w:r>
            <w:r>
              <w:rPr>
                <w:sz w:val="17"/>
              </w:rPr>
              <w:t>保存</w:t>
            </w:r>
            <w:r>
              <w:rPr>
                <w:sz w:val="17"/>
              </w:rPr>
              <w:t xml:space="preserve">: </w:t>
            </w:r>
            <w:permStart w:id="1741441501" w:edGrp="everyone"/>
            <w:r>
              <w:rPr>
                <w:sz w:val="17"/>
              </w:rPr>
              <w:t>□</w:t>
            </w:r>
            <w:permEnd w:id="1741441501"/>
            <w:proofErr w:type="gramStart"/>
            <w:r>
              <w:rPr>
                <w:sz w:val="17"/>
              </w:rPr>
              <w:t>常温</w:t>
            </w:r>
            <w:r>
              <w:rPr>
                <w:sz w:val="17"/>
              </w:rPr>
              <w:t xml:space="preserve"> </w:t>
            </w:r>
            <w:permStart w:id="1133149160" w:edGrp="everyone"/>
            <w:r>
              <w:rPr>
                <w:sz w:val="17"/>
              </w:rPr>
              <w:t xml:space="preserve"> □</w:t>
            </w:r>
            <w:permEnd w:id="1133149160"/>
            <w:r>
              <w:rPr>
                <w:sz w:val="17"/>
              </w:rPr>
              <w:t>冷蔵</w:t>
            </w:r>
            <w:r>
              <w:rPr>
                <w:sz w:val="17"/>
              </w:rPr>
              <w:t xml:space="preserve"> </w:t>
            </w:r>
            <w:permStart w:id="1647277092" w:edGrp="everyone"/>
            <w:r>
              <w:rPr>
                <w:sz w:val="17"/>
              </w:rPr>
              <w:t xml:space="preserve"> □</w:t>
            </w:r>
            <w:permEnd w:id="1647277092"/>
            <w:proofErr w:type="gramEnd"/>
            <w:r>
              <w:rPr>
                <w:sz w:val="17"/>
              </w:rPr>
              <w:t>冷凍</w:t>
            </w:r>
          </w:p>
        </w:tc>
      </w:tr>
      <w:tr w:rsidR="00D759E8" w14:paraId="7EE530C6" w14:textId="77777777">
        <w:trPr>
          <w:jc w:val="center"/>
        </w:trPr>
        <w:tc>
          <w:tcPr>
            <w:tcW w:w="2016" w:type="dxa"/>
            <w:shd w:val="clear" w:color="auto" w:fill="F2F4F8"/>
            <w:tcMar>
              <w:top w:w="60" w:type="dxa"/>
              <w:left w:w="80" w:type="dxa"/>
              <w:bottom w:w="60" w:type="dxa"/>
              <w:right w:w="80" w:type="dxa"/>
            </w:tcMar>
          </w:tcPr>
          <w:p w14:paraId="4F42D2CC" w14:textId="77777777" w:rsidR="00D759E8" w:rsidRDefault="00153E16">
            <w:permStart w:id="1742351561" w:edGrp="everyone" w:colFirst="1" w:colLast="1"/>
            <w:permEnd w:id="2080724153"/>
            <w:r>
              <w:rPr>
                <w:b/>
                <w:color w:val="1B365D"/>
                <w:sz w:val="17"/>
              </w:rPr>
              <w:t>取扱予定商品</w:t>
            </w:r>
            <w:r>
              <w:rPr>
                <w:b/>
                <w:color w:val="1B365D"/>
                <w:sz w:val="17"/>
              </w:rPr>
              <w:t>③</w:t>
            </w:r>
          </w:p>
        </w:tc>
        <w:tc>
          <w:tcPr>
            <w:tcW w:w="3168" w:type="dxa"/>
            <w:tcMar>
              <w:top w:w="60" w:type="dxa"/>
              <w:left w:w="80" w:type="dxa"/>
              <w:bottom w:w="60" w:type="dxa"/>
              <w:right w:w="80" w:type="dxa"/>
            </w:tcMar>
          </w:tcPr>
          <w:p w14:paraId="519DC190" w14:textId="77777777" w:rsidR="00D759E8" w:rsidRDefault="00D759E8"/>
        </w:tc>
        <w:tc>
          <w:tcPr>
            <w:tcW w:w="1872" w:type="dxa"/>
            <w:shd w:val="clear" w:color="auto" w:fill="F2F4F8"/>
            <w:tcMar>
              <w:top w:w="60" w:type="dxa"/>
              <w:left w:w="80" w:type="dxa"/>
              <w:bottom w:w="60" w:type="dxa"/>
              <w:right w:w="80" w:type="dxa"/>
            </w:tcMar>
          </w:tcPr>
          <w:p w14:paraId="2C1788E8" w14:textId="77777777" w:rsidR="00D759E8" w:rsidRDefault="00153E16">
            <w:r>
              <w:rPr>
                <w:b/>
                <w:color w:val="1B365D"/>
                <w:sz w:val="17"/>
              </w:rPr>
              <w:t>想定価格（税込）</w:t>
            </w:r>
            <w:r>
              <w:rPr>
                <w:b/>
                <w:color w:val="1B365D"/>
                <w:sz w:val="17"/>
              </w:rPr>
              <w:br/>
              <w:t xml:space="preserve"> / </w:t>
            </w:r>
            <w:r>
              <w:rPr>
                <w:b/>
                <w:color w:val="1B365D"/>
                <w:sz w:val="17"/>
              </w:rPr>
              <w:t>保存区分</w:t>
            </w:r>
          </w:p>
        </w:tc>
        <w:tc>
          <w:tcPr>
            <w:tcW w:w="3125" w:type="dxa"/>
            <w:tcMar>
              <w:top w:w="60" w:type="dxa"/>
              <w:left w:w="80" w:type="dxa"/>
              <w:bottom w:w="60" w:type="dxa"/>
              <w:right w:w="80" w:type="dxa"/>
            </w:tcMar>
          </w:tcPr>
          <w:p w14:paraId="1DEBECB9" w14:textId="77777777" w:rsidR="00D759E8" w:rsidRDefault="00153E16">
            <w:r>
              <w:rPr>
                <w:sz w:val="17"/>
              </w:rPr>
              <w:t xml:space="preserve"> Price:</w:t>
            </w:r>
            <w:permStart w:id="363674981" w:edGrp="everyone"/>
            <w:r>
              <w:rPr>
                <w:sz w:val="17"/>
              </w:rPr>
              <w:t xml:space="preserve">　　　　</w:t>
            </w:r>
            <w:permEnd w:id="363674981"/>
            <w:r>
              <w:rPr>
                <w:sz w:val="17"/>
              </w:rPr>
              <w:t>円</w:t>
            </w:r>
            <w:r>
              <w:rPr>
                <w:sz w:val="17"/>
              </w:rPr>
              <w:br/>
              <w:t xml:space="preserve"> </w:t>
            </w:r>
            <w:r>
              <w:rPr>
                <w:sz w:val="17"/>
              </w:rPr>
              <w:t>保存</w:t>
            </w:r>
            <w:r>
              <w:rPr>
                <w:sz w:val="17"/>
              </w:rPr>
              <w:t>:</w:t>
            </w:r>
            <w:permStart w:id="637679480" w:edGrp="everyone"/>
            <w:r>
              <w:rPr>
                <w:sz w:val="17"/>
              </w:rPr>
              <w:t xml:space="preserve"> □</w:t>
            </w:r>
            <w:permEnd w:id="637679480"/>
            <w:proofErr w:type="gramStart"/>
            <w:r>
              <w:rPr>
                <w:sz w:val="17"/>
              </w:rPr>
              <w:t>常温</w:t>
            </w:r>
            <w:r>
              <w:rPr>
                <w:sz w:val="17"/>
              </w:rPr>
              <w:t xml:space="preserve">  </w:t>
            </w:r>
            <w:permStart w:id="1226055116" w:edGrp="everyone"/>
            <w:r>
              <w:rPr>
                <w:sz w:val="17"/>
              </w:rPr>
              <w:t>□</w:t>
            </w:r>
            <w:permEnd w:id="1226055116"/>
            <w:r>
              <w:rPr>
                <w:sz w:val="17"/>
              </w:rPr>
              <w:t>冷蔵</w:t>
            </w:r>
            <w:r>
              <w:rPr>
                <w:sz w:val="17"/>
              </w:rPr>
              <w:t xml:space="preserve"> </w:t>
            </w:r>
            <w:permStart w:id="1934445822" w:edGrp="everyone"/>
            <w:r>
              <w:rPr>
                <w:sz w:val="17"/>
              </w:rPr>
              <w:t xml:space="preserve"> □</w:t>
            </w:r>
            <w:permEnd w:id="1934445822"/>
            <w:proofErr w:type="gramEnd"/>
            <w:r>
              <w:rPr>
                <w:sz w:val="17"/>
              </w:rPr>
              <w:t>冷凍</w:t>
            </w:r>
          </w:p>
        </w:tc>
      </w:tr>
      <w:permEnd w:id="1742351561"/>
      <w:tr w:rsidR="00D759E8" w14:paraId="78E454A8" w14:textId="77777777">
        <w:trPr>
          <w:jc w:val="center"/>
        </w:trPr>
        <w:tc>
          <w:tcPr>
            <w:tcW w:w="2016" w:type="dxa"/>
            <w:shd w:val="clear" w:color="auto" w:fill="F2F4F8"/>
            <w:tcMar>
              <w:top w:w="60" w:type="dxa"/>
              <w:left w:w="80" w:type="dxa"/>
              <w:bottom w:w="60" w:type="dxa"/>
              <w:right w:w="80" w:type="dxa"/>
            </w:tcMar>
          </w:tcPr>
          <w:p w14:paraId="398D0548" w14:textId="77777777" w:rsidR="00D759E8" w:rsidRDefault="00153E16">
            <w:pPr>
              <w:rPr>
                <w:lang w:eastAsia="ja-JP"/>
              </w:rPr>
            </w:pPr>
            <w:r>
              <w:rPr>
                <w:b/>
                <w:color w:val="1B365D"/>
                <w:sz w:val="17"/>
                <w:lang w:eastAsia="ja-JP"/>
              </w:rPr>
              <w:t>アピールポイント</w:t>
            </w:r>
            <w:r>
              <w:rPr>
                <w:b/>
                <w:color w:val="1B365D"/>
                <w:sz w:val="17"/>
                <w:lang w:eastAsia="ja-JP"/>
              </w:rPr>
              <w:br/>
            </w:r>
            <w:r>
              <w:rPr>
                <w:b/>
                <w:color w:val="1B365D"/>
                <w:sz w:val="17"/>
                <w:lang w:eastAsia="ja-JP"/>
              </w:rPr>
              <w:t>・商品のこだわり</w:t>
            </w:r>
          </w:p>
        </w:tc>
        <w:tc>
          <w:tcPr>
            <w:tcW w:w="3125" w:type="dxa"/>
            <w:gridSpan w:val="3"/>
            <w:tcMar>
              <w:top w:w="60" w:type="dxa"/>
              <w:left w:w="80" w:type="dxa"/>
              <w:bottom w:w="60" w:type="dxa"/>
              <w:right w:w="80" w:type="dxa"/>
            </w:tcMar>
          </w:tcPr>
          <w:p w14:paraId="72105D9D" w14:textId="77777777" w:rsidR="00D759E8" w:rsidRDefault="00153E16">
            <w:pPr>
              <w:rPr>
                <w:lang w:eastAsia="ja-JP"/>
              </w:rPr>
            </w:pPr>
            <w:r>
              <w:rPr>
                <w:sz w:val="17"/>
                <w:lang w:eastAsia="ja-JP"/>
              </w:rPr>
              <w:t>※</w:t>
            </w:r>
            <w:r>
              <w:rPr>
                <w:sz w:val="17"/>
                <w:lang w:eastAsia="ja-JP"/>
              </w:rPr>
              <w:t>東北の銘菓・加工食品・工芸品等の魅力、特産品としてのこだわり、地域性などをご記入ください。</w:t>
            </w:r>
            <w:r>
              <w:rPr>
                <w:sz w:val="17"/>
                <w:lang w:eastAsia="ja-JP"/>
              </w:rPr>
              <w:br/>
            </w:r>
            <w:permStart w:id="738609324" w:edGrp="everyone"/>
            <w:r>
              <w:rPr>
                <w:sz w:val="17"/>
                <w:lang w:eastAsia="ja-JP"/>
              </w:rPr>
              <w:br/>
            </w:r>
            <w:permEnd w:id="738609324"/>
          </w:p>
        </w:tc>
      </w:tr>
    </w:tbl>
    <w:p w14:paraId="6A909E59" w14:textId="77777777" w:rsidR="00D759E8" w:rsidRDefault="00153E16">
      <w:pPr>
        <w:spacing w:before="120" w:after="0"/>
        <w:rPr>
          <w:lang w:eastAsia="ja-JP"/>
        </w:rPr>
      </w:pPr>
      <w:r>
        <w:rPr>
          <w:b/>
          <w:sz w:val="18"/>
          <w:lang w:eastAsia="ja-JP"/>
        </w:rPr>
        <w:t>【確認事項・誓約】</w:t>
      </w:r>
      <w:r>
        <w:rPr>
          <w:b/>
          <w:sz w:val="18"/>
          <w:lang w:eastAsia="ja-JP"/>
        </w:rPr>
        <w:br/>
      </w:r>
      <w:permStart w:id="2032821804" w:edGrp="everyone"/>
      <w:r>
        <w:rPr>
          <w:sz w:val="16"/>
          <w:lang w:eastAsia="ja-JP"/>
        </w:rPr>
        <w:t xml:space="preserve">□ </w:t>
      </w:r>
      <w:permEnd w:id="2032821804"/>
      <w:r>
        <w:rPr>
          <w:sz w:val="16"/>
          <w:lang w:eastAsia="ja-JP"/>
        </w:rPr>
        <w:t>募集要項に記載された出店条件（パッケージ商品・適切な品質管理・現場調理不可等）およびスケジュール等を理解し、遵守することを誓約します。</w:t>
      </w:r>
      <w:r>
        <w:rPr>
          <w:sz w:val="16"/>
          <w:lang w:eastAsia="ja-JP"/>
        </w:rPr>
        <w:br/>
      </w:r>
      <w:permStart w:id="605191884" w:edGrp="everyone"/>
      <w:r>
        <w:rPr>
          <w:sz w:val="16"/>
          <w:lang w:eastAsia="ja-JP"/>
        </w:rPr>
        <w:t>□</w:t>
      </w:r>
      <w:permEnd w:id="605191884"/>
      <w:r>
        <w:rPr>
          <w:sz w:val="16"/>
          <w:lang w:eastAsia="ja-JP"/>
        </w:rPr>
        <w:t xml:space="preserve"> </w:t>
      </w:r>
      <w:r>
        <w:rPr>
          <w:sz w:val="16"/>
          <w:lang w:eastAsia="ja-JP"/>
        </w:rPr>
        <w:t>食品を販売する場合、食品表示法および関係法令に則った適切な表示を行っていることを誓約します。</w:t>
      </w:r>
      <w:r>
        <w:rPr>
          <w:sz w:val="16"/>
          <w:lang w:eastAsia="ja-JP"/>
        </w:rPr>
        <w:br/>
      </w:r>
      <w:permStart w:id="2034768843" w:edGrp="everyone"/>
      <w:r>
        <w:rPr>
          <w:sz w:val="16"/>
          <w:lang w:eastAsia="ja-JP"/>
        </w:rPr>
        <w:t>□</w:t>
      </w:r>
      <w:permEnd w:id="2034768843"/>
      <w:r>
        <w:rPr>
          <w:sz w:val="16"/>
          <w:lang w:eastAsia="ja-JP"/>
        </w:rPr>
        <w:t xml:space="preserve"> </w:t>
      </w:r>
      <w:r>
        <w:rPr>
          <w:sz w:val="16"/>
          <w:lang w:eastAsia="ja-JP"/>
        </w:rPr>
        <w:t>暴力団員等による不当な行為の防止等に関する法律に定める暴力団関係者ではないことを誓約します。</w:t>
      </w:r>
    </w:p>
    <w:sectPr w:rsidR="00D759E8" w:rsidSect="00034616">
      <w:pgSz w:w="11909" w:h="16834"/>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1333B" w14:textId="77777777" w:rsidR="009277C0" w:rsidRDefault="009277C0" w:rsidP="00710D83">
      <w:pPr>
        <w:spacing w:after="0" w:line="240" w:lineRule="auto"/>
      </w:pPr>
      <w:r>
        <w:separator/>
      </w:r>
    </w:p>
  </w:endnote>
  <w:endnote w:type="continuationSeparator" w:id="0">
    <w:p w14:paraId="0F7D29B1" w14:textId="77777777" w:rsidR="009277C0" w:rsidRDefault="009277C0" w:rsidP="00710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57B2" w14:textId="77777777" w:rsidR="009277C0" w:rsidRDefault="009277C0" w:rsidP="00710D83">
      <w:pPr>
        <w:spacing w:after="0" w:line="240" w:lineRule="auto"/>
      </w:pPr>
      <w:r>
        <w:separator/>
      </w:r>
    </w:p>
  </w:footnote>
  <w:footnote w:type="continuationSeparator" w:id="0">
    <w:p w14:paraId="56141E5C" w14:textId="77777777" w:rsidR="009277C0" w:rsidRDefault="009277C0" w:rsidP="00710D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46413432">
    <w:abstractNumId w:val="8"/>
  </w:num>
  <w:num w:numId="2" w16cid:durableId="510215872">
    <w:abstractNumId w:val="6"/>
  </w:num>
  <w:num w:numId="3" w16cid:durableId="1574051274">
    <w:abstractNumId w:val="5"/>
  </w:num>
  <w:num w:numId="4" w16cid:durableId="868684118">
    <w:abstractNumId w:val="4"/>
  </w:num>
  <w:num w:numId="5" w16cid:durableId="826559753">
    <w:abstractNumId w:val="7"/>
  </w:num>
  <w:num w:numId="6" w16cid:durableId="151915118">
    <w:abstractNumId w:val="3"/>
  </w:num>
  <w:num w:numId="7" w16cid:durableId="791704466">
    <w:abstractNumId w:val="2"/>
  </w:num>
  <w:num w:numId="8" w16cid:durableId="1742672078">
    <w:abstractNumId w:val="1"/>
  </w:num>
  <w:num w:numId="9" w16cid:durableId="174360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keOzRNxBJ84OJb0UfWRN0mdVuqSEajhtKI6fJF2N3yTvbLVO8+ZiolGn3u7UQN5MQX/rhbhhWJ0hFs9uMRy4gw==" w:salt="3iek34aR/tO/IjCnSd3u2w=="/>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3E16"/>
    <w:rsid w:val="002121C8"/>
    <w:rsid w:val="0029639D"/>
    <w:rsid w:val="002C046D"/>
    <w:rsid w:val="00326F90"/>
    <w:rsid w:val="00473F66"/>
    <w:rsid w:val="00710D83"/>
    <w:rsid w:val="0089368F"/>
    <w:rsid w:val="009277C0"/>
    <w:rsid w:val="00AA1D8D"/>
    <w:rsid w:val="00B47730"/>
    <w:rsid w:val="00B96C8C"/>
    <w:rsid w:val="00CB0664"/>
    <w:rsid w:val="00D759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81A3317"/>
  <w14:defaultImageDpi w14:val="300"/>
  <w15:docId w15:val="{A775040D-05E0-41C7-9EC4-1DE9EE4B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hAnsi="游ゴシック"/>
      <w:color w:val="333333"/>
      <w:sz w:val="19"/>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475</Words>
  <Characters>509</Characters>
  <Application>Microsoft Office Word</Application>
  <DocSecurity>8</DocSecurity>
  <Lines>39</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丹治 麻美</cp:lastModifiedBy>
  <cp:revision>3</cp:revision>
  <dcterms:created xsi:type="dcterms:W3CDTF">2026-09-01T07:51:00Z</dcterms:created>
  <dcterms:modified xsi:type="dcterms:W3CDTF">2026-09-02T00:11:00Z</dcterms:modified>
  <cp:category/>
</cp:coreProperties>
</file>